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538B3" w14:textId="77777777" w:rsidR="00CB40F5" w:rsidRDefault="006742EA" w:rsidP="006742EA">
      <w:pPr>
        <w:spacing w:after="0"/>
        <w:jc w:val="right"/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</w:pPr>
      <w:r w:rsidRPr="006742EA"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 xml:space="preserve">Załącznik Nr </w:t>
      </w:r>
      <w:r w:rsidRPr="00A02448"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>17</w:t>
      </w:r>
      <w:r w:rsidRPr="006742EA"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 xml:space="preserve"> do </w:t>
      </w:r>
      <w:r w:rsidR="00CB40F5"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 xml:space="preserve">Zarządzenia </w:t>
      </w:r>
    </w:p>
    <w:p w14:paraId="1403AE6F" w14:textId="04E00ED2" w:rsidR="006742EA" w:rsidRPr="006742EA" w:rsidRDefault="00CB40F5" w:rsidP="006742EA">
      <w:pPr>
        <w:spacing w:after="0"/>
        <w:jc w:val="right"/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>Nr 138/2026</w:t>
      </w:r>
    </w:p>
    <w:p w14:paraId="6C47A725" w14:textId="1F9242DA" w:rsidR="006742EA" w:rsidRPr="006742EA" w:rsidRDefault="00CB40F5" w:rsidP="006742EA">
      <w:pPr>
        <w:spacing w:after="0"/>
        <w:jc w:val="right"/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 xml:space="preserve">Wójta </w:t>
      </w:r>
      <w:r w:rsidR="006742EA" w:rsidRPr="006742EA"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>Gminy Kraśnik</w:t>
      </w:r>
    </w:p>
    <w:p w14:paraId="13E439F2" w14:textId="13A03A0F" w:rsidR="006742EA" w:rsidRPr="00A02448" w:rsidRDefault="006742EA" w:rsidP="006742EA">
      <w:pPr>
        <w:spacing w:after="0"/>
        <w:jc w:val="right"/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</w:pPr>
      <w:r w:rsidRPr="006742EA"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 xml:space="preserve">z dnia </w:t>
      </w:r>
      <w:r w:rsidR="00CB40F5"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 xml:space="preserve">9 września </w:t>
      </w:r>
      <w:r w:rsidRPr="006742EA"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>2026 r</w:t>
      </w:r>
      <w:r w:rsidRPr="00A02448">
        <w:rPr>
          <w:rFonts w:ascii="Times New Roman" w:eastAsia="Times New Roman" w:hAnsi="Times New Roman" w:cs="Times New Roman"/>
          <w:bCs/>
          <w:i/>
          <w:iCs/>
          <w:color w:val="000000"/>
          <w:sz w:val="16"/>
          <w:szCs w:val="16"/>
          <w:lang w:val="pl-PL" w:eastAsia="pl-PL"/>
        </w:rPr>
        <w:t>.</w:t>
      </w:r>
    </w:p>
    <w:p w14:paraId="1F04140B" w14:textId="77777777" w:rsidR="006742EA" w:rsidRDefault="006742EA" w:rsidP="006742EA">
      <w:pPr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pl-PL" w:eastAsia="pl-PL"/>
        </w:rPr>
      </w:pPr>
    </w:p>
    <w:p w14:paraId="42764E03" w14:textId="7E08361D" w:rsidR="006742EA" w:rsidRPr="006742EA" w:rsidRDefault="006742EA" w:rsidP="006742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pl-PL"/>
        </w:rPr>
      </w:pPr>
      <w:r w:rsidRPr="00742F99">
        <w:rPr>
          <w:rFonts w:ascii="Times New Roman" w:hAnsi="Times New Roman" w:cs="Times New Roman"/>
          <w:b/>
          <w:sz w:val="26"/>
          <w:szCs w:val="26"/>
          <w:lang w:val="pl-PL"/>
        </w:rPr>
        <w:t>FORMULARZ ZGŁASZANIA OPINII I UWAG</w:t>
      </w:r>
    </w:p>
    <w:p w14:paraId="1CA05022" w14:textId="77777777" w:rsidR="003C55DF" w:rsidRPr="00B935F1" w:rsidRDefault="00000000" w:rsidP="00B935F1">
      <w:pPr>
        <w:spacing w:after="0"/>
        <w:jc w:val="center"/>
        <w:rPr>
          <w:rFonts w:ascii="Times New Roman" w:hAnsi="Times New Roman" w:cs="Times New Roman"/>
          <w:lang w:val="pl-PL"/>
        </w:rPr>
      </w:pPr>
      <w:r w:rsidRPr="00B935F1">
        <w:rPr>
          <w:rFonts w:ascii="Times New Roman" w:hAnsi="Times New Roman" w:cs="Times New Roman"/>
          <w:b/>
          <w:sz w:val="24"/>
          <w:lang w:val="pl-PL"/>
        </w:rPr>
        <w:t>w ramach konsultacji społecznych dotyczących projektów statutów sołectw Gminy Kraśnik</w:t>
      </w:r>
    </w:p>
    <w:p w14:paraId="4D2EF05B" w14:textId="607D8FD8" w:rsidR="003C55DF" w:rsidRPr="00B935F1" w:rsidRDefault="00000000">
      <w:pPr>
        <w:jc w:val="center"/>
        <w:rPr>
          <w:rFonts w:ascii="Times New Roman" w:hAnsi="Times New Roman" w:cs="Times New Roman"/>
          <w:lang w:val="pl-PL"/>
        </w:rPr>
      </w:pPr>
      <w:r w:rsidRPr="00B935F1">
        <w:rPr>
          <w:rFonts w:ascii="Times New Roman" w:hAnsi="Times New Roman" w:cs="Times New Roman"/>
          <w:i/>
          <w:lang w:val="pl-PL"/>
        </w:rPr>
        <w:t xml:space="preserve">Konsultacje są prowadzone na podstawie Zarządzenia Nr 138/2026 Wójta Gminy Kraśnik z dnia </w:t>
      </w:r>
      <w:r w:rsidR="00FA66FD">
        <w:rPr>
          <w:rFonts w:ascii="Times New Roman" w:hAnsi="Times New Roman" w:cs="Times New Roman"/>
          <w:i/>
          <w:lang w:val="pl-PL"/>
        </w:rPr>
        <w:t>9</w:t>
      </w:r>
      <w:r w:rsidRPr="00B935F1">
        <w:rPr>
          <w:rFonts w:ascii="Times New Roman" w:hAnsi="Times New Roman" w:cs="Times New Roman"/>
          <w:i/>
          <w:lang w:val="pl-PL"/>
        </w:rPr>
        <w:t xml:space="preserve"> września 2026 r. Termin składania formularzy: od 1</w:t>
      </w:r>
      <w:r w:rsidR="00E579EE">
        <w:rPr>
          <w:rFonts w:ascii="Times New Roman" w:hAnsi="Times New Roman" w:cs="Times New Roman"/>
          <w:i/>
          <w:lang w:val="pl-PL"/>
        </w:rPr>
        <w:t>6</w:t>
      </w:r>
      <w:r w:rsidRPr="00B935F1">
        <w:rPr>
          <w:rFonts w:ascii="Times New Roman" w:hAnsi="Times New Roman" w:cs="Times New Roman"/>
          <w:i/>
          <w:lang w:val="pl-PL"/>
        </w:rPr>
        <w:t xml:space="preserve"> września 2026 r. do </w:t>
      </w:r>
      <w:r w:rsidR="00FA66FD">
        <w:rPr>
          <w:rFonts w:ascii="Times New Roman" w:hAnsi="Times New Roman" w:cs="Times New Roman"/>
          <w:i/>
          <w:lang w:val="pl-PL"/>
        </w:rPr>
        <w:t>31</w:t>
      </w:r>
      <w:r w:rsidRPr="00B935F1">
        <w:rPr>
          <w:rFonts w:ascii="Times New Roman" w:hAnsi="Times New Roman" w:cs="Times New Roman"/>
          <w:i/>
          <w:lang w:val="pl-PL"/>
        </w:rPr>
        <w:t xml:space="preserve"> października 2026 r.</w:t>
      </w:r>
      <w:r w:rsidR="00CB40F5">
        <w:rPr>
          <w:rFonts w:ascii="Times New Roman" w:hAnsi="Times New Roman" w:cs="Times New Roman"/>
          <w:i/>
          <w:lang w:val="pl-PL"/>
        </w:rPr>
        <w:t xml:space="preserve"> </w:t>
      </w:r>
    </w:p>
    <w:p w14:paraId="3674005F" w14:textId="77777777" w:rsidR="003C55DF" w:rsidRPr="000A27FE" w:rsidRDefault="00000000">
      <w:pPr>
        <w:pStyle w:val="Nagwek2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0A27FE">
        <w:rPr>
          <w:rFonts w:ascii="Times New Roman" w:hAnsi="Times New Roman" w:cs="Times New Roman"/>
          <w:color w:val="auto"/>
          <w:sz w:val="24"/>
          <w:szCs w:val="24"/>
          <w:lang w:val="pl-PL"/>
        </w:rPr>
        <w:t>1. DANE UCZESTNIKA KONSULTACJI</w:t>
      </w:r>
    </w:p>
    <w:p w14:paraId="1B3EFE4D" w14:textId="5B063FBA" w:rsidR="003C55DF" w:rsidRPr="00B935F1" w:rsidRDefault="00000000">
      <w:pPr>
        <w:rPr>
          <w:rFonts w:ascii="Times New Roman" w:hAnsi="Times New Roman" w:cs="Times New Roman"/>
          <w:lang w:val="pl-PL"/>
        </w:rPr>
      </w:pPr>
      <w:r w:rsidRPr="00B935F1">
        <w:rPr>
          <w:rFonts w:ascii="Times New Roman" w:hAnsi="Times New Roman" w:cs="Times New Roman"/>
          <w:lang w:val="pl-PL"/>
        </w:rPr>
        <w:t>Uczestnikami przedmiotowych konsultacji są mieszkańcy poszczególnych sołectw Gminy Kraśnik.</w:t>
      </w:r>
      <w:r w:rsidRPr="00B935F1">
        <w:rPr>
          <w:rFonts w:ascii="Times New Roman" w:hAnsi="Times New Roman" w:cs="Times New Roman"/>
          <w:lang w:val="pl-PL"/>
        </w:rPr>
        <w:br/>
        <w:t xml:space="preserve">Imię i nazwisko: </w:t>
      </w:r>
      <w:r w:rsidR="00B935F1"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………………………………………………………………………………………………….</w:t>
      </w:r>
      <w:r w:rsidR="00CE7536">
        <w:rPr>
          <w:rFonts w:ascii="Times New Roman" w:hAnsi="Times New Roman" w:cs="Times New Roman"/>
          <w:lang w:val="pl-PL"/>
        </w:rPr>
        <w:t>.</w:t>
      </w:r>
      <w:r w:rsidRPr="00B935F1">
        <w:rPr>
          <w:rFonts w:ascii="Times New Roman" w:hAnsi="Times New Roman" w:cs="Times New Roman"/>
          <w:lang w:val="pl-PL"/>
        </w:rPr>
        <w:br/>
      </w:r>
      <w:r w:rsidR="00FA66FD">
        <w:rPr>
          <w:rFonts w:ascii="Times New Roman" w:hAnsi="Times New Roman" w:cs="Times New Roman"/>
          <w:lang w:val="pl-PL"/>
        </w:rPr>
        <w:t>M</w:t>
      </w:r>
      <w:r w:rsidRPr="00B935F1">
        <w:rPr>
          <w:rFonts w:ascii="Times New Roman" w:hAnsi="Times New Roman" w:cs="Times New Roman"/>
          <w:lang w:val="pl-PL"/>
        </w:rPr>
        <w:t>iejsce zamieszkania</w:t>
      </w:r>
      <w:r w:rsidR="00FA66FD">
        <w:rPr>
          <w:rFonts w:ascii="Times New Roman" w:hAnsi="Times New Roman" w:cs="Times New Roman"/>
          <w:lang w:val="pl-PL"/>
        </w:rPr>
        <w:t>/</w:t>
      </w:r>
      <w:r w:rsidR="00FA66FD" w:rsidRPr="00FA66FD">
        <w:rPr>
          <w:rFonts w:ascii="Times New Roman" w:hAnsi="Times New Roman" w:cs="Times New Roman"/>
          <w:lang w:val="pl-PL"/>
        </w:rPr>
        <w:t xml:space="preserve"> </w:t>
      </w:r>
      <w:r w:rsidR="00FA66FD">
        <w:rPr>
          <w:rFonts w:ascii="Times New Roman" w:hAnsi="Times New Roman" w:cs="Times New Roman"/>
          <w:lang w:val="pl-PL"/>
        </w:rPr>
        <w:t>N</w:t>
      </w:r>
      <w:r w:rsidR="00FA66FD" w:rsidRPr="00B935F1">
        <w:rPr>
          <w:rFonts w:ascii="Times New Roman" w:hAnsi="Times New Roman" w:cs="Times New Roman"/>
          <w:lang w:val="pl-PL"/>
        </w:rPr>
        <w:t>azwa sołectwa</w:t>
      </w:r>
      <w:r w:rsidRPr="00B935F1">
        <w:rPr>
          <w:rFonts w:ascii="Times New Roman" w:hAnsi="Times New Roman" w:cs="Times New Roman"/>
          <w:lang w:val="pl-PL"/>
        </w:rPr>
        <w:t xml:space="preserve">: </w:t>
      </w:r>
      <w:r w:rsidR="00B935F1"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AE95E1" w14:textId="1F0D22EC" w:rsidR="003C55DF" w:rsidRPr="000A27FE" w:rsidRDefault="00000000">
      <w:pPr>
        <w:pStyle w:val="Nagwek2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0A27FE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2. TREŚĆ </w:t>
      </w:r>
      <w:r w:rsidR="00B935F1" w:rsidRPr="000A27FE">
        <w:rPr>
          <w:rFonts w:ascii="Times New Roman" w:hAnsi="Times New Roman" w:cs="Times New Roman"/>
          <w:color w:val="auto"/>
          <w:sz w:val="24"/>
          <w:szCs w:val="24"/>
          <w:lang w:val="pl-PL"/>
        </w:rPr>
        <w:t>OPINII</w:t>
      </w:r>
      <w:r w:rsidR="00FA66FD">
        <w:rPr>
          <w:rFonts w:ascii="Times New Roman" w:hAnsi="Times New Roman" w:cs="Times New Roman"/>
          <w:color w:val="auto"/>
          <w:sz w:val="24"/>
          <w:szCs w:val="24"/>
          <w:lang w:val="pl-PL"/>
        </w:rPr>
        <w:t>/</w:t>
      </w:r>
      <w:r w:rsidR="00FA66FD" w:rsidRPr="000A27FE">
        <w:rPr>
          <w:rFonts w:ascii="Times New Roman" w:hAnsi="Times New Roman" w:cs="Times New Roman"/>
          <w:color w:val="auto"/>
          <w:sz w:val="24"/>
          <w:szCs w:val="24"/>
          <w:lang w:val="pl-PL"/>
        </w:rPr>
        <w:t>UWAGI</w:t>
      </w:r>
    </w:p>
    <w:p w14:paraId="76B8C4A2" w14:textId="50E7055D" w:rsidR="003C55DF" w:rsidRPr="00B935F1" w:rsidRDefault="00000000" w:rsidP="00B935F1">
      <w:pPr>
        <w:jc w:val="both"/>
        <w:rPr>
          <w:rFonts w:ascii="Times New Roman" w:hAnsi="Times New Roman" w:cs="Times New Roman"/>
          <w:lang w:val="pl-PL"/>
        </w:rPr>
      </w:pPr>
      <w:r w:rsidRPr="00B935F1">
        <w:rPr>
          <w:rFonts w:ascii="Times New Roman" w:hAnsi="Times New Roman" w:cs="Times New Roman"/>
          <w:lang w:val="pl-PL"/>
        </w:rPr>
        <w:t xml:space="preserve">Konsultacje polegają na wniesieniu </w:t>
      </w:r>
      <w:r w:rsidR="00B935F1">
        <w:rPr>
          <w:rFonts w:ascii="Times New Roman" w:hAnsi="Times New Roman" w:cs="Times New Roman"/>
          <w:lang w:val="pl-PL"/>
        </w:rPr>
        <w:t>wyrażeniu opinii</w:t>
      </w:r>
      <w:r w:rsidRPr="00B935F1">
        <w:rPr>
          <w:rFonts w:ascii="Times New Roman" w:hAnsi="Times New Roman" w:cs="Times New Roman"/>
          <w:lang w:val="pl-PL"/>
        </w:rPr>
        <w:t xml:space="preserve"> </w:t>
      </w:r>
      <w:r w:rsidR="00FA66FD">
        <w:rPr>
          <w:rFonts w:ascii="Times New Roman" w:hAnsi="Times New Roman" w:cs="Times New Roman"/>
          <w:lang w:val="pl-PL"/>
        </w:rPr>
        <w:t xml:space="preserve">lub wniesieniu uwag </w:t>
      </w:r>
      <w:r w:rsidRPr="00B935F1">
        <w:rPr>
          <w:rFonts w:ascii="Times New Roman" w:hAnsi="Times New Roman" w:cs="Times New Roman"/>
          <w:lang w:val="pl-PL"/>
        </w:rPr>
        <w:t>do treści projekt</w:t>
      </w:r>
      <w:r w:rsidR="00FA66FD">
        <w:rPr>
          <w:rFonts w:ascii="Times New Roman" w:hAnsi="Times New Roman" w:cs="Times New Roman"/>
          <w:lang w:val="pl-PL"/>
        </w:rPr>
        <w:t>ów</w:t>
      </w:r>
      <w:r w:rsidRPr="00B935F1">
        <w:rPr>
          <w:rFonts w:ascii="Times New Roman" w:hAnsi="Times New Roman" w:cs="Times New Roman"/>
          <w:lang w:val="pl-PL"/>
        </w:rPr>
        <w:t xml:space="preserve"> uchwały w sprawie uchwalenia statutów sołectw Gminy Kraśnik.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1"/>
        <w:gridCol w:w="2289"/>
        <w:gridCol w:w="7089"/>
      </w:tblGrid>
      <w:tr w:rsidR="00B935F1" w:rsidRPr="00CB40F5" w14:paraId="0528CF59" w14:textId="77777777" w:rsidTr="00CE7536">
        <w:tc>
          <w:tcPr>
            <w:tcW w:w="541" w:type="dxa"/>
          </w:tcPr>
          <w:p w14:paraId="295C6A46" w14:textId="77777777" w:rsidR="00B935F1" w:rsidRPr="00CE7536" w:rsidRDefault="00B935F1" w:rsidP="00B935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E7536">
              <w:rPr>
                <w:rFonts w:ascii="Times New Roman" w:hAnsi="Times New Roman" w:cs="Times New Roman"/>
                <w:b/>
                <w:bCs/>
              </w:rPr>
              <w:t>Lp</w:t>
            </w:r>
            <w:proofErr w:type="spellEnd"/>
            <w:r w:rsidRPr="00CE7536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89" w:type="dxa"/>
          </w:tcPr>
          <w:p w14:paraId="5965B6CD" w14:textId="3C693E8E" w:rsidR="00B935F1" w:rsidRPr="00CE7536" w:rsidRDefault="00B935F1" w:rsidP="00B935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E7536">
              <w:rPr>
                <w:rFonts w:ascii="Times New Roman" w:hAnsi="Times New Roman" w:cs="Times New Roman"/>
                <w:b/>
                <w:bCs/>
              </w:rPr>
              <w:t>Dotyczy</w:t>
            </w:r>
            <w:proofErr w:type="spellEnd"/>
            <w:r w:rsidRPr="00CE7536">
              <w:rPr>
                <w:rFonts w:ascii="Times New Roman" w:hAnsi="Times New Roman" w:cs="Times New Roman"/>
                <w:b/>
                <w:bCs/>
              </w:rPr>
              <w:t xml:space="preserve"> (np. </w:t>
            </w:r>
            <w:proofErr w:type="spellStart"/>
            <w:r w:rsidRPr="00CE7536">
              <w:rPr>
                <w:rFonts w:ascii="Times New Roman" w:hAnsi="Times New Roman" w:cs="Times New Roman"/>
                <w:b/>
                <w:bCs/>
              </w:rPr>
              <w:t>Załącznik</w:t>
            </w:r>
            <w:proofErr w:type="spellEnd"/>
            <w:r w:rsidRPr="00CE7536">
              <w:rPr>
                <w:rFonts w:ascii="Times New Roman" w:hAnsi="Times New Roman" w:cs="Times New Roman"/>
                <w:b/>
                <w:bCs/>
              </w:rPr>
              <w:t xml:space="preserve"> nr ..., § ...)</w:t>
            </w:r>
          </w:p>
        </w:tc>
        <w:tc>
          <w:tcPr>
            <w:tcW w:w="7089" w:type="dxa"/>
          </w:tcPr>
          <w:p w14:paraId="2E22B93B" w14:textId="77777777" w:rsidR="00B935F1" w:rsidRPr="00CE7536" w:rsidRDefault="00B935F1" w:rsidP="00B935F1">
            <w:pPr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CE7536">
              <w:rPr>
                <w:rFonts w:ascii="Times New Roman" w:hAnsi="Times New Roman" w:cs="Times New Roman"/>
                <w:b/>
                <w:bCs/>
                <w:lang w:val="pl-PL"/>
              </w:rPr>
              <w:t>Treść uwagi / proponowana zmiana / uzasadnienie</w:t>
            </w:r>
          </w:p>
        </w:tc>
      </w:tr>
      <w:tr w:rsidR="00B935F1" w:rsidRPr="00B935F1" w14:paraId="5ADD0915" w14:textId="77777777" w:rsidTr="00CE7536">
        <w:tc>
          <w:tcPr>
            <w:tcW w:w="541" w:type="dxa"/>
          </w:tcPr>
          <w:p w14:paraId="09A744AE" w14:textId="58CCFB1A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  <w:r w:rsidRPr="00B935F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89" w:type="dxa"/>
          </w:tcPr>
          <w:p w14:paraId="7102754A" w14:textId="75ADEF9F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9" w:type="dxa"/>
          </w:tcPr>
          <w:p w14:paraId="76BB5E16" w14:textId="77777777" w:rsid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6AFC945B" w14:textId="77777777" w:rsidR="00CE7536" w:rsidRDefault="00CE7536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065A8CED" w14:textId="77777777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5F1" w:rsidRPr="00B935F1" w14:paraId="259E86EC" w14:textId="77777777" w:rsidTr="00CE7536">
        <w:tc>
          <w:tcPr>
            <w:tcW w:w="541" w:type="dxa"/>
          </w:tcPr>
          <w:p w14:paraId="6CB2522D" w14:textId="4AC9F447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  <w:r w:rsidRPr="00B935F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89" w:type="dxa"/>
          </w:tcPr>
          <w:p w14:paraId="1007899A" w14:textId="1C56AAB1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9" w:type="dxa"/>
          </w:tcPr>
          <w:p w14:paraId="0BD32E04" w14:textId="77777777" w:rsid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48828106" w14:textId="77777777" w:rsidR="00CE7536" w:rsidRDefault="00CE7536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0C36992A" w14:textId="77777777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5F1" w:rsidRPr="00B935F1" w14:paraId="2C4BB316" w14:textId="77777777" w:rsidTr="00CE7536">
        <w:tc>
          <w:tcPr>
            <w:tcW w:w="541" w:type="dxa"/>
          </w:tcPr>
          <w:p w14:paraId="4DAADB15" w14:textId="7ED222B4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  <w:r w:rsidRPr="00B935F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89" w:type="dxa"/>
          </w:tcPr>
          <w:p w14:paraId="2EA39C2E" w14:textId="18506CF4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9" w:type="dxa"/>
          </w:tcPr>
          <w:p w14:paraId="6DB8C31F" w14:textId="77777777" w:rsid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01F586D6" w14:textId="77777777" w:rsidR="00CE7536" w:rsidRDefault="00CE7536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55AB6B99" w14:textId="77777777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5F1" w:rsidRPr="00B935F1" w14:paraId="0D60AE54" w14:textId="77777777" w:rsidTr="00CE7536">
        <w:tc>
          <w:tcPr>
            <w:tcW w:w="541" w:type="dxa"/>
          </w:tcPr>
          <w:p w14:paraId="1C811490" w14:textId="792902FD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89" w:type="dxa"/>
          </w:tcPr>
          <w:p w14:paraId="2A3F2846" w14:textId="77777777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9" w:type="dxa"/>
          </w:tcPr>
          <w:p w14:paraId="1570480F" w14:textId="77777777" w:rsid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6556D385" w14:textId="77777777" w:rsidR="00CE7536" w:rsidRDefault="00CE7536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53F8DDC5" w14:textId="77777777" w:rsidR="00B935F1" w:rsidRPr="00B935F1" w:rsidRDefault="00B935F1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2F99" w:rsidRPr="00B935F1" w14:paraId="162695EA" w14:textId="77777777" w:rsidTr="00CE7536">
        <w:tc>
          <w:tcPr>
            <w:tcW w:w="541" w:type="dxa"/>
          </w:tcPr>
          <w:p w14:paraId="1C51E90F" w14:textId="21CBAA75" w:rsidR="00742F99" w:rsidRDefault="00742F99" w:rsidP="00B935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89" w:type="dxa"/>
          </w:tcPr>
          <w:p w14:paraId="0D669F7F" w14:textId="77777777" w:rsidR="00742F99" w:rsidRPr="00B935F1" w:rsidRDefault="00742F99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9" w:type="dxa"/>
          </w:tcPr>
          <w:p w14:paraId="2F993DFE" w14:textId="77777777" w:rsidR="00742F99" w:rsidRDefault="00742F99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0CCBF20F" w14:textId="77777777" w:rsidR="00742F99" w:rsidRDefault="00742F99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350183B5" w14:textId="77777777" w:rsidR="00742F99" w:rsidRDefault="00742F99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2EA" w:rsidRPr="00B935F1" w14:paraId="02BA95B4" w14:textId="77777777" w:rsidTr="00CE7536">
        <w:tc>
          <w:tcPr>
            <w:tcW w:w="541" w:type="dxa"/>
          </w:tcPr>
          <w:p w14:paraId="2AAE4C96" w14:textId="6D8B1935" w:rsidR="006742EA" w:rsidRDefault="006742EA" w:rsidP="00B935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89" w:type="dxa"/>
          </w:tcPr>
          <w:p w14:paraId="7BBCF26D" w14:textId="77777777" w:rsidR="006742EA" w:rsidRPr="00B935F1" w:rsidRDefault="006742EA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9" w:type="dxa"/>
          </w:tcPr>
          <w:p w14:paraId="63ADBBFB" w14:textId="77777777" w:rsidR="006742EA" w:rsidRDefault="006742EA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064FDCAC" w14:textId="77777777" w:rsidR="006742EA" w:rsidRDefault="006742EA" w:rsidP="00B935F1">
            <w:pPr>
              <w:jc w:val="center"/>
              <w:rPr>
                <w:rFonts w:ascii="Times New Roman" w:hAnsi="Times New Roman" w:cs="Times New Roman"/>
              </w:rPr>
            </w:pPr>
          </w:p>
          <w:p w14:paraId="1AAD3AEF" w14:textId="77777777" w:rsidR="006742EA" w:rsidRDefault="006742EA" w:rsidP="00B935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A27DB32" w14:textId="77777777" w:rsidR="003C55DF" w:rsidRPr="000A27FE" w:rsidRDefault="00000000" w:rsidP="00B935F1">
      <w:pPr>
        <w:pStyle w:val="Nagwek2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0A27FE">
        <w:rPr>
          <w:rFonts w:ascii="Times New Roman" w:hAnsi="Times New Roman" w:cs="Times New Roman"/>
          <w:color w:val="auto"/>
          <w:sz w:val="24"/>
          <w:szCs w:val="24"/>
          <w:lang w:val="pl-PL"/>
        </w:rPr>
        <w:t>3. PODPIS</w:t>
      </w:r>
    </w:p>
    <w:p w14:paraId="3610CE21" w14:textId="38AEC654" w:rsidR="003C55DF" w:rsidRPr="00B935F1" w:rsidRDefault="00000000" w:rsidP="00B935F1">
      <w:pPr>
        <w:spacing w:after="0"/>
        <w:rPr>
          <w:rFonts w:ascii="Times New Roman" w:hAnsi="Times New Roman" w:cs="Times New Roman"/>
          <w:lang w:val="pl-PL"/>
        </w:rPr>
      </w:pPr>
      <w:r w:rsidRPr="00B935F1">
        <w:rPr>
          <w:rFonts w:ascii="Times New Roman" w:hAnsi="Times New Roman" w:cs="Times New Roman"/>
          <w:lang w:val="pl-PL"/>
        </w:rPr>
        <w:t>Data:</w:t>
      </w:r>
      <w:r w:rsidR="00B935F1"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……………………………………………………………………………………………………………….</w:t>
      </w:r>
      <w:r w:rsidR="00CE7536">
        <w:rPr>
          <w:rFonts w:ascii="Times New Roman" w:hAnsi="Times New Roman" w:cs="Times New Roman"/>
          <w:lang w:val="pl-PL"/>
        </w:rPr>
        <w:t>..</w:t>
      </w:r>
      <w:r w:rsidRPr="00B935F1">
        <w:rPr>
          <w:rFonts w:ascii="Times New Roman" w:hAnsi="Times New Roman" w:cs="Times New Roman"/>
          <w:lang w:val="pl-PL"/>
        </w:rPr>
        <w:br/>
        <w:t xml:space="preserve">Czytelny podpis mieszkańca: </w:t>
      </w:r>
      <w:r w:rsidR="00B935F1">
        <w:rPr>
          <w:rFonts w:ascii="Times New Roman" w:hAnsi="Times New Roman" w:cs="Times New Roman"/>
          <w:lang w:val="pl-PL"/>
        </w:rPr>
        <w:t>……………………………………………………………………………………</w:t>
      </w:r>
      <w:r w:rsidR="00CE7536">
        <w:rPr>
          <w:rFonts w:ascii="Times New Roman" w:hAnsi="Times New Roman" w:cs="Times New Roman"/>
          <w:lang w:val="pl-PL"/>
        </w:rPr>
        <w:t>…</w:t>
      </w:r>
    </w:p>
    <w:p w14:paraId="3DC08DF9" w14:textId="77777777" w:rsidR="003C55DF" w:rsidRPr="000A27FE" w:rsidRDefault="00000000" w:rsidP="00B935F1">
      <w:pPr>
        <w:pStyle w:val="Nagwek2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0A27FE">
        <w:rPr>
          <w:rFonts w:ascii="Times New Roman" w:hAnsi="Times New Roman" w:cs="Times New Roman"/>
          <w:color w:val="auto"/>
          <w:sz w:val="24"/>
          <w:szCs w:val="24"/>
          <w:lang w:val="pl-PL"/>
        </w:rPr>
        <w:t>INFORMACJA O SPOSOBIE WNOSZENIA FORMULARZA:</w:t>
      </w:r>
    </w:p>
    <w:p w14:paraId="48AD459A" w14:textId="351C35E4" w:rsidR="00B935F1" w:rsidRDefault="00000000" w:rsidP="00742F99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B935F1">
        <w:rPr>
          <w:rFonts w:ascii="Times New Roman" w:hAnsi="Times New Roman" w:cs="Times New Roman"/>
          <w:lang w:val="pl-PL"/>
        </w:rPr>
        <w:t xml:space="preserve">Wypełniony formularz można </w:t>
      </w:r>
      <w:r w:rsidR="00B935F1">
        <w:rPr>
          <w:rFonts w:ascii="Times New Roman" w:hAnsi="Times New Roman" w:cs="Times New Roman"/>
          <w:lang w:val="pl-PL"/>
        </w:rPr>
        <w:t>składać</w:t>
      </w:r>
      <w:r w:rsidRPr="00B935F1">
        <w:rPr>
          <w:rFonts w:ascii="Times New Roman" w:hAnsi="Times New Roman" w:cs="Times New Roman"/>
          <w:lang w:val="pl-PL"/>
        </w:rPr>
        <w:t xml:space="preserve"> w terminie </w:t>
      </w:r>
      <w:r w:rsidR="00B935F1">
        <w:rPr>
          <w:rFonts w:ascii="Times New Roman" w:hAnsi="Times New Roman" w:cs="Times New Roman"/>
          <w:lang w:val="pl-PL"/>
        </w:rPr>
        <w:t>od 1</w:t>
      </w:r>
      <w:r w:rsidR="00E579EE">
        <w:rPr>
          <w:rFonts w:ascii="Times New Roman" w:hAnsi="Times New Roman" w:cs="Times New Roman"/>
          <w:lang w:val="pl-PL"/>
        </w:rPr>
        <w:t>6</w:t>
      </w:r>
      <w:r w:rsidR="00B935F1">
        <w:rPr>
          <w:rFonts w:ascii="Times New Roman" w:hAnsi="Times New Roman" w:cs="Times New Roman"/>
          <w:lang w:val="pl-PL"/>
        </w:rPr>
        <w:t xml:space="preserve"> września  2026 r. </w:t>
      </w:r>
      <w:r w:rsidRPr="00B935F1">
        <w:rPr>
          <w:rFonts w:ascii="Times New Roman" w:hAnsi="Times New Roman" w:cs="Times New Roman"/>
          <w:lang w:val="pl-PL"/>
        </w:rPr>
        <w:t xml:space="preserve">do </w:t>
      </w:r>
      <w:r w:rsidR="00FA66FD">
        <w:rPr>
          <w:rFonts w:ascii="Times New Roman" w:hAnsi="Times New Roman" w:cs="Times New Roman"/>
          <w:lang w:val="pl-PL"/>
        </w:rPr>
        <w:t>31</w:t>
      </w:r>
      <w:r w:rsidRPr="00B935F1">
        <w:rPr>
          <w:rFonts w:ascii="Times New Roman" w:hAnsi="Times New Roman" w:cs="Times New Roman"/>
          <w:lang w:val="pl-PL"/>
        </w:rPr>
        <w:t xml:space="preserve"> października 2026 r. na dwa sposoby:</w:t>
      </w:r>
      <w:r w:rsidRPr="00B935F1">
        <w:rPr>
          <w:rFonts w:ascii="Times New Roman" w:hAnsi="Times New Roman" w:cs="Times New Roman"/>
          <w:lang w:val="pl-PL"/>
        </w:rPr>
        <w:br/>
        <w:t xml:space="preserve">1. Pisemnie – składając dokument bezpośrednio w </w:t>
      </w:r>
      <w:r w:rsidR="00B935F1">
        <w:rPr>
          <w:rFonts w:ascii="Times New Roman" w:hAnsi="Times New Roman" w:cs="Times New Roman"/>
          <w:lang w:val="pl-PL"/>
        </w:rPr>
        <w:t>siedzibie Urzędu</w:t>
      </w:r>
      <w:r w:rsidR="00FA66FD">
        <w:rPr>
          <w:rFonts w:ascii="Times New Roman" w:hAnsi="Times New Roman" w:cs="Times New Roman"/>
          <w:lang w:val="pl-PL"/>
        </w:rPr>
        <w:t>, przy ul. Kościuszki 24, 23-200 Kraśnik.</w:t>
      </w:r>
    </w:p>
    <w:p w14:paraId="1F1355F6" w14:textId="12127079" w:rsidR="003C55DF" w:rsidRDefault="00000000" w:rsidP="00742F99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B935F1">
        <w:rPr>
          <w:rFonts w:ascii="Times New Roman" w:hAnsi="Times New Roman" w:cs="Times New Roman"/>
          <w:lang w:val="pl-PL"/>
        </w:rPr>
        <w:t>2. Za pośrednictwem poczty elektronicznej – wysyłając wiadomość</w:t>
      </w:r>
      <w:r w:rsidR="00FA66FD">
        <w:rPr>
          <w:rFonts w:ascii="Times New Roman" w:hAnsi="Times New Roman" w:cs="Times New Roman"/>
          <w:lang w:val="pl-PL"/>
        </w:rPr>
        <w:t xml:space="preserve"> wraz z załączonym formularzem</w:t>
      </w:r>
      <w:r w:rsidRPr="00B935F1">
        <w:rPr>
          <w:rFonts w:ascii="Times New Roman" w:hAnsi="Times New Roman" w:cs="Times New Roman"/>
          <w:lang w:val="pl-PL"/>
        </w:rPr>
        <w:t xml:space="preserve"> na adres</w:t>
      </w:r>
      <w:r w:rsidR="00075D62">
        <w:rPr>
          <w:rFonts w:ascii="Times New Roman" w:hAnsi="Times New Roman" w:cs="Times New Roman"/>
          <w:lang w:val="pl-PL"/>
        </w:rPr>
        <w:t>:</w:t>
      </w:r>
      <w:r w:rsidR="00B935F1">
        <w:rPr>
          <w:rFonts w:ascii="Times New Roman" w:hAnsi="Times New Roman" w:cs="Times New Roman"/>
          <w:lang w:val="pl-PL"/>
        </w:rPr>
        <w:t xml:space="preserve"> </w:t>
      </w:r>
      <w:r w:rsidR="004B24EE" w:rsidRPr="004B24EE">
        <w:rPr>
          <w:rFonts w:ascii="Times New Roman" w:hAnsi="Times New Roman" w:cs="Times New Roman"/>
          <w:lang w:val="pl-PL"/>
        </w:rPr>
        <w:t>sekretariat@gminakrasnik.pl</w:t>
      </w:r>
      <w:r w:rsidR="004B24EE">
        <w:rPr>
          <w:rFonts w:ascii="Times New Roman" w:hAnsi="Times New Roman" w:cs="Times New Roman"/>
          <w:lang w:val="pl-PL"/>
        </w:rPr>
        <w:t>.</w:t>
      </w:r>
    </w:p>
    <w:p w14:paraId="4FBA1AB8" w14:textId="77777777" w:rsidR="006742EA" w:rsidRDefault="006742EA" w:rsidP="00742F99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14:paraId="252B7709" w14:textId="77777777" w:rsidR="006742EA" w:rsidRDefault="006742EA" w:rsidP="00742F99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14:paraId="18234CBA" w14:textId="77777777" w:rsidR="006742EA" w:rsidRDefault="006742EA" w:rsidP="00742F99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14:paraId="43D5834D" w14:textId="77777777" w:rsidR="003C55DF" w:rsidRPr="006742EA" w:rsidRDefault="00000000" w:rsidP="000A4138">
      <w:pPr>
        <w:pStyle w:val="Nagwek2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742EA">
        <w:rPr>
          <w:rFonts w:ascii="Times New Roman" w:hAnsi="Times New Roman" w:cs="Times New Roman"/>
          <w:color w:val="auto"/>
          <w:sz w:val="24"/>
          <w:szCs w:val="24"/>
          <w:lang w:val="pl-PL"/>
        </w:rPr>
        <w:t>KLAUZULA INFORMACYJNA (RODO)</w:t>
      </w:r>
    </w:p>
    <w:p w14:paraId="711AFF01" w14:textId="56337A5F" w:rsidR="003C55DF" w:rsidRPr="006742EA" w:rsidRDefault="00000000" w:rsidP="00CE7536">
      <w:pPr>
        <w:spacing w:after="0"/>
        <w:rPr>
          <w:rFonts w:ascii="Times New Roman" w:hAnsi="Times New Roman" w:cs="Times New Roman"/>
          <w:lang w:val="pl-PL"/>
        </w:rPr>
      </w:pPr>
      <w:r w:rsidRPr="006742EA">
        <w:rPr>
          <w:rFonts w:ascii="Times New Roman" w:hAnsi="Times New Roman" w:cs="Times New Roman"/>
          <w:lang w:val="pl-PL"/>
        </w:rPr>
        <w:t>Zgodnie z art. 13 ust. 1 i 2 Rozporządzenia Parlamentu Europejskiego i Rady (UE) 2016/679 z dnia 27 kwietnia 2016 r. (RODO) informujemy,</w:t>
      </w:r>
      <w:r w:rsidR="00B935F1" w:rsidRPr="006742EA">
        <w:rPr>
          <w:rFonts w:ascii="Times New Roman" w:hAnsi="Times New Roman" w:cs="Times New Roman"/>
          <w:lang w:val="pl-PL"/>
        </w:rPr>
        <w:t xml:space="preserve"> </w:t>
      </w:r>
      <w:r w:rsidRPr="006742EA">
        <w:rPr>
          <w:rFonts w:ascii="Times New Roman" w:hAnsi="Times New Roman" w:cs="Times New Roman"/>
          <w:lang w:val="pl-PL"/>
        </w:rPr>
        <w:t>że:</w:t>
      </w:r>
      <w:r w:rsidRPr="006742EA">
        <w:rPr>
          <w:rFonts w:ascii="Times New Roman" w:hAnsi="Times New Roman" w:cs="Times New Roman"/>
          <w:lang w:val="pl-PL"/>
        </w:rPr>
        <w:br/>
        <w:t>Administratorem Pani/Pana danych osobowych jest Wójt Gminy Kraśnik z siedzibą w Urzędzie Gminy Kraśnik.</w:t>
      </w:r>
      <w:r w:rsidRPr="006742EA">
        <w:rPr>
          <w:rFonts w:ascii="Times New Roman" w:hAnsi="Times New Roman" w:cs="Times New Roman"/>
          <w:lang w:val="pl-PL"/>
        </w:rPr>
        <w:br/>
        <w:t>2. Cel i podstawa prawna: Dane są przetwarzane wyłącznie w celu przeprowadzenia konsultacji społecznych dotyczących projekt</w:t>
      </w:r>
      <w:r w:rsidR="000A27FE" w:rsidRPr="006742EA">
        <w:rPr>
          <w:rFonts w:ascii="Times New Roman" w:hAnsi="Times New Roman" w:cs="Times New Roman"/>
          <w:lang w:val="pl-PL"/>
        </w:rPr>
        <w:t>u uchwały w sprawie uchwalenia</w:t>
      </w:r>
      <w:r w:rsidRPr="006742EA">
        <w:rPr>
          <w:rFonts w:ascii="Times New Roman" w:hAnsi="Times New Roman" w:cs="Times New Roman"/>
          <w:lang w:val="pl-PL"/>
        </w:rPr>
        <w:t xml:space="preserve"> statutów sołectw</w:t>
      </w:r>
      <w:r w:rsidR="000A27FE" w:rsidRPr="006742EA">
        <w:rPr>
          <w:rFonts w:ascii="Times New Roman" w:hAnsi="Times New Roman" w:cs="Times New Roman"/>
          <w:lang w:val="pl-PL"/>
        </w:rPr>
        <w:t xml:space="preserve"> Gminy Kraśnik</w:t>
      </w:r>
      <w:r w:rsidRPr="006742EA">
        <w:rPr>
          <w:rFonts w:ascii="Times New Roman" w:hAnsi="Times New Roman" w:cs="Times New Roman"/>
          <w:lang w:val="pl-PL"/>
        </w:rPr>
        <w:t>, na podstawie art. 6 ust. 1 lit. c RODO</w:t>
      </w:r>
      <w:r w:rsidR="000A27FE" w:rsidRPr="006742EA">
        <w:rPr>
          <w:rFonts w:ascii="Times New Roman" w:hAnsi="Times New Roman" w:cs="Times New Roman"/>
          <w:lang w:val="pl-PL"/>
        </w:rPr>
        <w:t>.</w:t>
      </w:r>
      <w:r w:rsidRPr="006742EA">
        <w:rPr>
          <w:rFonts w:ascii="Times New Roman" w:hAnsi="Times New Roman" w:cs="Times New Roman"/>
          <w:lang w:val="pl-PL"/>
        </w:rPr>
        <w:br/>
        <w:t>3. Okres przechowywania: Dane osobowe będą przetwarzane i przechowywane przez okres niezbędny do realizacji i podsumowania konsultacji społecznych, a następnie zarchiwizowane zgodnie z przepisami prawa kancelaryjno-archiwalnego.</w:t>
      </w:r>
      <w:r w:rsidRPr="006742EA">
        <w:rPr>
          <w:rFonts w:ascii="Times New Roman" w:hAnsi="Times New Roman" w:cs="Times New Roman"/>
          <w:lang w:val="pl-PL"/>
        </w:rPr>
        <w:br/>
        <w:t>4. Dobrowolność podania danych: Podanie danych osobowych (imię, nazwisko oraz nazwa sołectwa) ma charakter dobrowolny, jednak stanowi warunek konieczny do uwzględnienia zgłoszonych uwag i opinii w procesie weryfikacji statusu mieszkańca danego sołectwa.</w:t>
      </w:r>
    </w:p>
    <w:sectPr w:rsidR="003C55DF" w:rsidRPr="006742EA" w:rsidSect="00742F99">
      <w:pgSz w:w="12240" w:h="15840"/>
      <w:pgMar w:top="709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7124105">
    <w:abstractNumId w:val="8"/>
  </w:num>
  <w:num w:numId="2" w16cid:durableId="1395932171">
    <w:abstractNumId w:val="6"/>
  </w:num>
  <w:num w:numId="3" w16cid:durableId="35784050">
    <w:abstractNumId w:val="5"/>
  </w:num>
  <w:num w:numId="4" w16cid:durableId="235213147">
    <w:abstractNumId w:val="4"/>
  </w:num>
  <w:num w:numId="5" w16cid:durableId="1470392508">
    <w:abstractNumId w:val="7"/>
  </w:num>
  <w:num w:numId="6" w16cid:durableId="1157305547">
    <w:abstractNumId w:val="3"/>
  </w:num>
  <w:num w:numId="7" w16cid:durableId="635378488">
    <w:abstractNumId w:val="2"/>
  </w:num>
  <w:num w:numId="8" w16cid:durableId="1296059636">
    <w:abstractNumId w:val="1"/>
  </w:num>
  <w:num w:numId="9" w16cid:durableId="1891305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D62"/>
    <w:rsid w:val="000A27FE"/>
    <w:rsid w:val="000A4138"/>
    <w:rsid w:val="00116453"/>
    <w:rsid w:val="0015074B"/>
    <w:rsid w:val="001C4E9F"/>
    <w:rsid w:val="00246666"/>
    <w:rsid w:val="0029639D"/>
    <w:rsid w:val="00326F90"/>
    <w:rsid w:val="003732F2"/>
    <w:rsid w:val="003C55DF"/>
    <w:rsid w:val="004B24EE"/>
    <w:rsid w:val="005F4C16"/>
    <w:rsid w:val="006742EA"/>
    <w:rsid w:val="00742F99"/>
    <w:rsid w:val="00A02448"/>
    <w:rsid w:val="00AA1D8D"/>
    <w:rsid w:val="00B47730"/>
    <w:rsid w:val="00B935F1"/>
    <w:rsid w:val="00CB0664"/>
    <w:rsid w:val="00CB40F5"/>
    <w:rsid w:val="00CE7536"/>
    <w:rsid w:val="00E508BD"/>
    <w:rsid w:val="00E579EE"/>
    <w:rsid w:val="00FA66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00B2F4"/>
  <w14:defaultImageDpi w14:val="300"/>
  <w15:docId w15:val="{700A636E-FAC7-4C31-9E76-0A4E0670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B935F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3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361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ALukasiewicz</cp:lastModifiedBy>
  <cp:revision>13</cp:revision>
  <cp:lastPrinted>2026-09-09T07:19:00Z</cp:lastPrinted>
  <dcterms:created xsi:type="dcterms:W3CDTF">2026-09-08T13:39:00Z</dcterms:created>
  <dcterms:modified xsi:type="dcterms:W3CDTF">2026-09-09T11:49:00Z</dcterms:modified>
  <cp:category/>
</cp:coreProperties>
</file>